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קורה כשהאדמה רועדת?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מידע על רעידות אדמה ונוהלי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במילות שאלה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פיסוק בסוף משפט ושורש משותף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🟢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לוחות שנתקעים וזזים בבת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שניות ספורות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מחלונות ומארונות גבוהים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מחלקים גדולים כמו פאזל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🔵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כהשוואה למהירות התנועה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ברעידה חזקה אפשר להרגיש את הרצפה זזה ולראות חלונות מקשקשים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כותב הטקסט - התאמנות עוזרת ברגע בהלה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להפך - צריך להתרחק מחלונות ומארונות גבוהים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רק הפסקאות שאחרי הפסקה הראשונה מתחילות בשאלה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✏️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✏️ התאימו מילת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(כי הלוחות זזים בבת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(בבתי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(שניות ספורות)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(מתכופפים מתחת לשולחן)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(מראש, לפני שקורה 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🟣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השאלות מושכות תשומת לב, מסדרות את המידע לפי נושאים ועוזרות לקוראים לדעת מראש על מה הפסקה תענה.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שאלה בפתיחה, הוראות בטיחות ברורות וסיום בסימן קריאה.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א. סימן שאלה (?) ב. סימן קריאה (!) ג. נקודה (.)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לוחות בקרום כדור הארץ נתקעים וזזים בבת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להתרחק מחלונות, להיכנס למרחב מוגן או להתכופף מתחת לשולחן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ר־ע־ד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להמחיש את תנועת הלוחות בעזרת שני ספרים שנלחצים זה על זה עד ש'קופצים'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השיעור לתרגיל הבטיחות הקרוב בבית הספר ולבדוק יחד היכן נמצא המרחב המוגן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להיות רגישים לתלמידים שעלולים לחשוש - להדגיש את החשיבות של התאמנות ורוגע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קורה כשהאדמה רועדת?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הקרום של כדור הארץ, על הלוחות שזזים וגורמים לרעידות אדמה, ועל מה שחשוב לעשות כדי לשמור על עצמנו.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🟢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דומה כדור הארץ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לכדור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גורם לאדמה לרעוד?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לוחות שנתקעים וזזים בבת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חום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נמשכת בדרך כלל רעידת 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שניות ספורות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ממה מתרחקים בזמן רעידה?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מהדלת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מחלונות ומארונות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הקרום של כדור הארץ בנוי?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מחלק אחד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מחלקים גדולים כמו פאזל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מחול נוזלי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מאבן אחת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🔵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הלוחות בקרום כדור הארץ זזים לאט מאוד, כמו קצב גדילת הציפורניים.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רעידת אדמה חזקה אף פעם לא מורגשת.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להתאמן מראש כדי לדעת מה לעשות ולהישאר רגועים.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רעידה כדאי להתקרב לחלונות כדי לראות מה קורה 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פסקה בטקסט, כולל הראשונה, מתחילה בשאלה.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✏️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השכבה החיצונית של כדור הארץ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כדור הארץ דומה לפי הטקסט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מקום בטוח שנכנסים אליו בזמן רעידה נקרא __________ מוגן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פחד פתאומי וחזק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המילים רועדת, רעידה ורעידות שייכות לשורש ר־__________־ד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בזמן רעידה כדאי להתכופף מתחת לשולחן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✏️ התאימו מילת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למה האדמה רועדת?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 הלוחות זזים בבת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 עורכים תרגילי בטיחות?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מתכופפים מתחת לשולחן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כמה זמן נמשכת רעידה?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שניות ספורות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 שומרים על עצמנו?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מראש, לפני שקורה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מתי חשוב להתאמן?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בבתי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🟣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כל פסקה בטקסט (חוץ מהראשונה) מתחילה בשאלה. למה לדעתכם הכותב בחר במבנה הזה? איך זה עוזר לקוראים?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כרזה קצרה לכיתה (3-5 משפטים): מה עושים בתרגיל רעידת אדמה? פתחו בשאלה וסיימו בסימן קריאה.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הוסיפו סימן פיסוק מתאים בסוף כל משפט: א. מתי נגמרת הרעידה__ ב. איזה פחד__ ג. הלוחות זזים לאט__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לרעידת אדמה?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פעולות שעושים כדי להישאר בטוחים בזמן רעידה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המשותף למילים רועדת ורעידה?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קורה כשהאדמה רועדת?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