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 קורה כשהאדמה רועדת?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טקסט מידע על רעידות אדמה ונוהלי בטיחות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ולהשתמש במילות שאלה מתאימות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פיסוק בסוף משפט ושורש משותף למילים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🟢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לביצה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לוחות שנתקעים וזזים בבת אחת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שניות ספורות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🔵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בטקסט כהשוואה למהירות התנועה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ברעידה חזקה אפשר להרגיש את הרצפה זזה ולראות חלונות מקשקשים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✏️ השלימו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קרום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ביצה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מרחב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✏️ התאימו מילת שאלה לתשובה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(כי הלוחות זזים בבת אחת)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(בבתי ספר)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(שניות ספורות)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(מתכופפים מתחת לשולחן)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🟣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א. סימן שאלה (?) ב. סימן קריאה (!) ג. נקודה (.)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לוחות בקרום כדור הארץ נתקעים וזזים בבת אחת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להתרחק מחלונות, להיכנס למרחב מוגן או להתכופף מתחת לשולחן חזק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השורש ר־ע־ד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להמחיש את תנועת הלוחות בעזרת שני ספרים שנלחצים זה על זה עד ש'קופצים'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לקשר את השיעור לתרגיל הבטיחות הקרוב בבית הספר ולבדוק יחד היכן נמצא המרחב המוגן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להיות רגישים לתלמידים שעלולים לחשוש - להדגיש את החשיבות של התאמנות ורוגע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 קורה כשהאדמה רועדת?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נלמד על הקרום של כדור הארץ, על הלוחות שזזים וגורמים לרעידות אדמה, ועל מה שחשוב לעשות כדי לשמור על עצמנו.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מרחב  ·  ביצה  ·  קרום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🟢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למה דומה כדור הארץ לפי 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לכדור 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לביצה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לבלון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גורם לאדמה לרעוד?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רוח חזקה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גשם כבד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לוחות שנתקעים וזזים בבת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כמה זמן נמשכת בדרך כלל רעידת אדמה?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שניות ספורות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שעה שלמה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יום שלם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🔵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הלוחות בקרום כדור הארץ זזים לאט מאוד, כמו קצב גדילת הציפורניים.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רעידת אדמה חזקה אף פעם לא מורגשת.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✏️ השלימו 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השכבה החיצונית של כדור הארץ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כדור הארץ דומה לפי הטקסט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מקום בטוח שנכנסים אליו בזמן רעידה נקרא __________ מוגן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✏️ התאימו מילת שאלה לתשובה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למה האדמה רועדת?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מתכופפים מתחת לשולחן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איפה עורכים תרגילי בטיחות?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שניות ספורות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כמה זמן נמשכת רעידה?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כי הלוחות זזים בבת אחת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איך שומרים על עצמנו?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בבתי ספר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🟣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הוסיפו סימן פיסוק מתאים בסוף כל משפט: א. מתי נגמרת הרעידה__ ב. איזה פחד__ ג. הלוחות זזים לאט__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גורם לרעידת אדמה?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שתי פעולות שעושים כדי להישאר בטוחים בזמן רעידה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מה קורה כשהאדמה רועדת?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